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A82ED" w14:textId="00C2A94D" w:rsidR="009F7CDF" w:rsidRPr="00357F23" w:rsidRDefault="009F7CDF" w:rsidP="00357F23">
      <w:pPr>
        <w:spacing w:after="0"/>
        <w:rPr>
          <w:rFonts w:ascii="Palatino Linotype" w:hAnsi="Palatino Linotype"/>
          <w:b/>
          <w:bCs/>
          <w:sz w:val="16"/>
          <w:szCs w:val="16"/>
        </w:rPr>
      </w:pPr>
      <w:r w:rsidRPr="00357F23">
        <w:rPr>
          <w:rFonts w:ascii="Palatino Linotype" w:hAnsi="Palatino Linotype"/>
          <w:b/>
          <w:bCs/>
          <w:sz w:val="16"/>
          <w:szCs w:val="16"/>
        </w:rPr>
        <w:t>Instructions</w:t>
      </w:r>
    </w:p>
    <w:p w14:paraId="7984B498" w14:textId="494196AD" w:rsidR="009F7CDF" w:rsidRDefault="009F7CDF" w:rsidP="00357F23">
      <w:pPr>
        <w:spacing w:after="0"/>
        <w:jc w:val="both"/>
        <w:rPr>
          <w:rFonts w:ascii="Palatino Linotype" w:hAnsi="Palatino Linotype"/>
          <w:sz w:val="16"/>
          <w:szCs w:val="16"/>
        </w:rPr>
      </w:pPr>
      <w:r w:rsidRPr="00357F23">
        <w:rPr>
          <w:rFonts w:ascii="Palatino Linotype" w:hAnsi="Palatino Linotype"/>
          <w:sz w:val="16"/>
          <w:szCs w:val="16"/>
        </w:rPr>
        <w:t>This agreement must be completed and signed by all authors (or by the corresponding author on behalf of all co-authors, where permitted by the journal) upon acceptance of the manuscript for publication.</w:t>
      </w:r>
    </w:p>
    <w:p w14:paraId="7FDEFA8C" w14:textId="77777777" w:rsidR="00357F23" w:rsidRPr="00357F23" w:rsidRDefault="00357F23" w:rsidP="00357F23">
      <w:pPr>
        <w:spacing w:after="0"/>
        <w:jc w:val="both"/>
        <w:rPr>
          <w:rFonts w:ascii="Palatino Linotype" w:hAnsi="Palatino Linotype"/>
          <w:sz w:val="16"/>
          <w:szCs w:val="16"/>
        </w:rPr>
      </w:pPr>
    </w:p>
    <w:p w14:paraId="73113589" w14:textId="77777777" w:rsidR="009F7CDF" w:rsidRPr="00357F23" w:rsidRDefault="009F7CDF" w:rsidP="00357F23">
      <w:pPr>
        <w:spacing w:after="0"/>
        <w:rPr>
          <w:rFonts w:ascii="Palatino Linotype" w:hAnsi="Palatino Linotype"/>
          <w:b/>
          <w:bCs/>
          <w:sz w:val="16"/>
          <w:szCs w:val="16"/>
        </w:rPr>
      </w:pPr>
      <w:r w:rsidRPr="00357F23">
        <w:rPr>
          <w:rFonts w:ascii="Palatino Linotype" w:hAnsi="Palatino Linotype"/>
          <w:b/>
          <w:bCs/>
          <w:sz w:val="16"/>
          <w:szCs w:val="16"/>
        </w:rPr>
        <w:t>Section 1. Manuscript Information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2"/>
        <w:gridCol w:w="6216"/>
      </w:tblGrid>
      <w:tr w:rsidR="009F7CDF" w:rsidRPr="00357F23" w14:paraId="6159BB72" w14:textId="77777777" w:rsidTr="00357F23">
        <w:trPr>
          <w:trHeight w:val="252"/>
          <w:jc w:val="center"/>
        </w:trPr>
        <w:tc>
          <w:tcPr>
            <w:tcW w:w="1992" w:type="dxa"/>
          </w:tcPr>
          <w:p w14:paraId="05B4F6C6" w14:textId="19E9A325" w:rsidR="009F7CDF" w:rsidRPr="00357F23" w:rsidRDefault="009F7CDF" w:rsidP="00357F23">
            <w:pPr>
              <w:spacing w:line="276" w:lineRule="auto"/>
              <w:rPr>
                <w:rFonts w:ascii="Palatino Linotype" w:hAnsi="Palatino Linotype"/>
                <w:sz w:val="16"/>
                <w:szCs w:val="16"/>
              </w:rPr>
            </w:pPr>
            <w:r w:rsidRPr="00357F23">
              <w:rPr>
                <w:rFonts w:ascii="Palatino Linotype" w:hAnsi="Palatino Linotype"/>
                <w:sz w:val="16"/>
                <w:szCs w:val="16"/>
              </w:rPr>
              <w:t>Manuscript ID:</w:t>
            </w:r>
          </w:p>
        </w:tc>
        <w:tc>
          <w:tcPr>
            <w:tcW w:w="5215" w:type="dxa"/>
          </w:tcPr>
          <w:p w14:paraId="0A6BB70A" w14:textId="5DCE86BF" w:rsidR="009F7CDF" w:rsidRPr="00357F23" w:rsidRDefault="009F7CDF" w:rsidP="00357F23">
            <w:pPr>
              <w:spacing w:line="276" w:lineRule="auto"/>
              <w:rPr>
                <w:rFonts w:ascii="Palatino Linotype" w:hAnsi="Palatino Linotype"/>
                <w:sz w:val="16"/>
                <w:szCs w:val="16"/>
              </w:rPr>
            </w:pPr>
            <w:r w:rsidRPr="00357F23">
              <w:rPr>
                <w:rFonts w:ascii="Palatino Linotype" w:hAnsi="Palatino Linotype"/>
                <w:sz w:val="16"/>
                <w:szCs w:val="16"/>
              </w:rPr>
              <w:t>___________________________________________________________________________</w:t>
            </w:r>
          </w:p>
        </w:tc>
      </w:tr>
      <w:tr w:rsidR="009F7CDF" w:rsidRPr="00357F23" w14:paraId="6917463D" w14:textId="77777777" w:rsidTr="00357F23">
        <w:trPr>
          <w:trHeight w:val="263"/>
          <w:jc w:val="center"/>
        </w:trPr>
        <w:tc>
          <w:tcPr>
            <w:tcW w:w="1992" w:type="dxa"/>
          </w:tcPr>
          <w:p w14:paraId="4A78E2D3" w14:textId="7C5A0971" w:rsidR="009F7CDF" w:rsidRPr="00357F23" w:rsidRDefault="009F7CDF" w:rsidP="00357F23">
            <w:pPr>
              <w:spacing w:line="276" w:lineRule="auto"/>
              <w:rPr>
                <w:rFonts w:ascii="Palatino Linotype" w:hAnsi="Palatino Linotype"/>
                <w:sz w:val="16"/>
                <w:szCs w:val="16"/>
              </w:rPr>
            </w:pPr>
            <w:r w:rsidRPr="00357F23">
              <w:rPr>
                <w:rFonts w:ascii="Palatino Linotype" w:hAnsi="Palatino Linotype"/>
                <w:sz w:val="16"/>
                <w:szCs w:val="16"/>
              </w:rPr>
              <w:t>Title:</w:t>
            </w:r>
          </w:p>
        </w:tc>
        <w:tc>
          <w:tcPr>
            <w:tcW w:w="5215" w:type="dxa"/>
          </w:tcPr>
          <w:p w14:paraId="1AA28D66" w14:textId="0FD676D9" w:rsidR="009F7CDF" w:rsidRPr="00357F23" w:rsidRDefault="009F7CDF" w:rsidP="00357F23">
            <w:pPr>
              <w:spacing w:line="276" w:lineRule="auto"/>
              <w:rPr>
                <w:rFonts w:ascii="Palatino Linotype" w:hAnsi="Palatino Linotype"/>
                <w:sz w:val="16"/>
                <w:szCs w:val="16"/>
              </w:rPr>
            </w:pPr>
            <w:r w:rsidRPr="00357F23">
              <w:rPr>
                <w:rFonts w:ascii="Palatino Linotype" w:hAnsi="Palatino Linotype"/>
                <w:sz w:val="16"/>
                <w:szCs w:val="16"/>
              </w:rPr>
              <w:t>___________________________________________________________________________</w:t>
            </w:r>
          </w:p>
        </w:tc>
      </w:tr>
      <w:tr w:rsidR="009F7CDF" w:rsidRPr="00357F23" w14:paraId="64056479" w14:textId="77777777" w:rsidTr="00357F23">
        <w:trPr>
          <w:trHeight w:val="252"/>
          <w:jc w:val="center"/>
        </w:trPr>
        <w:tc>
          <w:tcPr>
            <w:tcW w:w="1992" w:type="dxa"/>
          </w:tcPr>
          <w:p w14:paraId="3CEE773D" w14:textId="72FC680B" w:rsidR="009F7CDF" w:rsidRPr="00357F23" w:rsidRDefault="009F7CDF" w:rsidP="00357F23">
            <w:pPr>
              <w:spacing w:line="276" w:lineRule="auto"/>
              <w:rPr>
                <w:rFonts w:ascii="Palatino Linotype" w:hAnsi="Palatino Linotype"/>
                <w:sz w:val="16"/>
                <w:szCs w:val="16"/>
              </w:rPr>
            </w:pPr>
            <w:r w:rsidRPr="00357F23">
              <w:rPr>
                <w:rFonts w:ascii="Palatino Linotype" w:hAnsi="Palatino Linotype"/>
                <w:sz w:val="16"/>
                <w:szCs w:val="16"/>
              </w:rPr>
              <w:t>Corresponding Author:</w:t>
            </w:r>
          </w:p>
        </w:tc>
        <w:tc>
          <w:tcPr>
            <w:tcW w:w="5215" w:type="dxa"/>
          </w:tcPr>
          <w:p w14:paraId="23613A46" w14:textId="319A0C1E" w:rsidR="009F7CDF" w:rsidRPr="00357F23" w:rsidRDefault="009F7CDF" w:rsidP="00357F23">
            <w:pPr>
              <w:spacing w:line="276" w:lineRule="auto"/>
              <w:rPr>
                <w:rFonts w:ascii="Palatino Linotype" w:hAnsi="Palatino Linotype"/>
                <w:sz w:val="16"/>
                <w:szCs w:val="16"/>
              </w:rPr>
            </w:pPr>
            <w:r w:rsidRPr="00357F23">
              <w:rPr>
                <w:rFonts w:ascii="Palatino Linotype" w:hAnsi="Palatino Linotype"/>
                <w:sz w:val="16"/>
                <w:szCs w:val="16"/>
              </w:rPr>
              <w:t>___________________________________________________________________________</w:t>
            </w:r>
          </w:p>
        </w:tc>
      </w:tr>
      <w:tr w:rsidR="009F7CDF" w:rsidRPr="00357F23" w14:paraId="315124F9" w14:textId="77777777" w:rsidTr="00357F23">
        <w:trPr>
          <w:trHeight w:val="263"/>
          <w:jc w:val="center"/>
        </w:trPr>
        <w:tc>
          <w:tcPr>
            <w:tcW w:w="1992" w:type="dxa"/>
          </w:tcPr>
          <w:p w14:paraId="3DEC5604" w14:textId="6E12C3FC" w:rsidR="009F7CDF" w:rsidRPr="00357F23" w:rsidRDefault="009F7CDF" w:rsidP="00357F23">
            <w:pPr>
              <w:spacing w:line="276" w:lineRule="auto"/>
              <w:rPr>
                <w:rFonts w:ascii="Palatino Linotype" w:hAnsi="Palatino Linotype"/>
                <w:sz w:val="16"/>
                <w:szCs w:val="16"/>
              </w:rPr>
            </w:pPr>
            <w:r w:rsidRPr="00357F23">
              <w:rPr>
                <w:rFonts w:ascii="Palatino Linotype" w:hAnsi="Palatino Linotype"/>
                <w:sz w:val="16"/>
                <w:szCs w:val="16"/>
              </w:rPr>
              <w:t xml:space="preserve">Affiliation: </w:t>
            </w:r>
          </w:p>
        </w:tc>
        <w:tc>
          <w:tcPr>
            <w:tcW w:w="5215" w:type="dxa"/>
          </w:tcPr>
          <w:p w14:paraId="2EACAC0C" w14:textId="7DCFB7F5" w:rsidR="009F7CDF" w:rsidRPr="00357F23" w:rsidRDefault="009F7CDF" w:rsidP="00357F23">
            <w:pPr>
              <w:spacing w:line="276" w:lineRule="auto"/>
              <w:rPr>
                <w:rFonts w:ascii="Palatino Linotype" w:hAnsi="Palatino Linotype"/>
                <w:sz w:val="16"/>
                <w:szCs w:val="16"/>
              </w:rPr>
            </w:pPr>
            <w:r w:rsidRPr="00357F23">
              <w:rPr>
                <w:rFonts w:ascii="Palatino Linotype" w:hAnsi="Palatino Linotype"/>
                <w:sz w:val="16"/>
                <w:szCs w:val="16"/>
              </w:rPr>
              <w:t>___________________________________________________________________________</w:t>
            </w:r>
          </w:p>
        </w:tc>
      </w:tr>
      <w:tr w:rsidR="009F7CDF" w:rsidRPr="00357F23" w14:paraId="3D8B5619" w14:textId="77777777" w:rsidTr="00357F23">
        <w:trPr>
          <w:trHeight w:val="252"/>
          <w:jc w:val="center"/>
        </w:trPr>
        <w:tc>
          <w:tcPr>
            <w:tcW w:w="1992" w:type="dxa"/>
          </w:tcPr>
          <w:p w14:paraId="11042B6B" w14:textId="39B021AF" w:rsidR="009F7CDF" w:rsidRPr="00357F23" w:rsidRDefault="009F7CDF" w:rsidP="00357F23">
            <w:pPr>
              <w:spacing w:line="276" w:lineRule="auto"/>
              <w:rPr>
                <w:rFonts w:ascii="Palatino Linotype" w:hAnsi="Palatino Linotype"/>
                <w:sz w:val="16"/>
                <w:szCs w:val="16"/>
              </w:rPr>
            </w:pPr>
            <w:r w:rsidRPr="00357F23">
              <w:rPr>
                <w:rFonts w:ascii="Palatino Linotype" w:hAnsi="Palatino Linotype"/>
                <w:sz w:val="16"/>
                <w:szCs w:val="16"/>
              </w:rPr>
              <w:t>Address:</w:t>
            </w:r>
          </w:p>
        </w:tc>
        <w:tc>
          <w:tcPr>
            <w:tcW w:w="5215" w:type="dxa"/>
          </w:tcPr>
          <w:p w14:paraId="68025BDF" w14:textId="24D122C6" w:rsidR="009F7CDF" w:rsidRPr="00357F23" w:rsidRDefault="009F7CDF" w:rsidP="00357F23">
            <w:pPr>
              <w:spacing w:line="276" w:lineRule="auto"/>
              <w:rPr>
                <w:rFonts w:ascii="Palatino Linotype" w:hAnsi="Palatino Linotype"/>
                <w:sz w:val="16"/>
                <w:szCs w:val="16"/>
              </w:rPr>
            </w:pPr>
            <w:r w:rsidRPr="00357F23">
              <w:rPr>
                <w:rFonts w:ascii="Palatino Linotype" w:hAnsi="Palatino Linotype"/>
                <w:sz w:val="16"/>
                <w:szCs w:val="16"/>
              </w:rPr>
              <w:t>___________________________________________________________________________</w:t>
            </w:r>
          </w:p>
        </w:tc>
      </w:tr>
      <w:tr w:rsidR="009F7CDF" w:rsidRPr="00357F23" w14:paraId="1B0794F2" w14:textId="77777777" w:rsidTr="00357F23">
        <w:trPr>
          <w:trHeight w:val="263"/>
          <w:jc w:val="center"/>
        </w:trPr>
        <w:tc>
          <w:tcPr>
            <w:tcW w:w="1992" w:type="dxa"/>
          </w:tcPr>
          <w:p w14:paraId="2572DFFD" w14:textId="22DA7B5E" w:rsidR="009F7CDF" w:rsidRPr="00357F23" w:rsidRDefault="009F7CDF" w:rsidP="00357F23">
            <w:pPr>
              <w:spacing w:line="276" w:lineRule="auto"/>
              <w:rPr>
                <w:rFonts w:ascii="Palatino Linotype" w:hAnsi="Palatino Linotype"/>
                <w:sz w:val="16"/>
                <w:szCs w:val="16"/>
              </w:rPr>
            </w:pPr>
            <w:r w:rsidRPr="00357F23">
              <w:rPr>
                <w:rFonts w:ascii="Palatino Linotype" w:hAnsi="Palatino Linotype"/>
                <w:sz w:val="16"/>
                <w:szCs w:val="16"/>
              </w:rPr>
              <w:t>Email:</w:t>
            </w:r>
          </w:p>
        </w:tc>
        <w:tc>
          <w:tcPr>
            <w:tcW w:w="5215" w:type="dxa"/>
          </w:tcPr>
          <w:p w14:paraId="4307BDC2" w14:textId="062FC7A5" w:rsidR="009F7CDF" w:rsidRPr="00357F23" w:rsidRDefault="009F7CDF" w:rsidP="00357F23">
            <w:pPr>
              <w:spacing w:line="276" w:lineRule="auto"/>
              <w:rPr>
                <w:rFonts w:ascii="Palatino Linotype" w:hAnsi="Palatino Linotype"/>
                <w:sz w:val="16"/>
                <w:szCs w:val="16"/>
              </w:rPr>
            </w:pPr>
            <w:r w:rsidRPr="00357F23">
              <w:rPr>
                <w:rFonts w:ascii="Palatino Linotype" w:hAnsi="Palatino Linotype"/>
                <w:sz w:val="16"/>
                <w:szCs w:val="16"/>
              </w:rPr>
              <w:t>___________________________________________________________________________</w:t>
            </w:r>
          </w:p>
        </w:tc>
      </w:tr>
      <w:tr w:rsidR="009F7CDF" w:rsidRPr="00357F23" w14:paraId="2F3AFA10" w14:textId="77777777" w:rsidTr="00357F23">
        <w:trPr>
          <w:trHeight w:val="252"/>
          <w:jc w:val="center"/>
        </w:trPr>
        <w:tc>
          <w:tcPr>
            <w:tcW w:w="1992" w:type="dxa"/>
          </w:tcPr>
          <w:p w14:paraId="59388246" w14:textId="189ADC5C" w:rsidR="009F7CDF" w:rsidRPr="00357F23" w:rsidRDefault="009F7CDF" w:rsidP="00357F23">
            <w:pPr>
              <w:spacing w:line="276" w:lineRule="auto"/>
              <w:rPr>
                <w:rFonts w:ascii="Palatino Linotype" w:hAnsi="Palatino Linotype"/>
                <w:sz w:val="16"/>
                <w:szCs w:val="16"/>
              </w:rPr>
            </w:pPr>
            <w:r w:rsidRPr="00357F23">
              <w:rPr>
                <w:rFonts w:ascii="Palatino Linotype" w:hAnsi="Palatino Linotype"/>
                <w:sz w:val="16"/>
                <w:szCs w:val="16"/>
              </w:rPr>
              <w:t xml:space="preserve">Telephone: </w:t>
            </w:r>
          </w:p>
        </w:tc>
        <w:tc>
          <w:tcPr>
            <w:tcW w:w="5215" w:type="dxa"/>
          </w:tcPr>
          <w:p w14:paraId="67EAA14D" w14:textId="720AC3E1" w:rsidR="009F7CDF" w:rsidRPr="00357F23" w:rsidRDefault="009F7CDF" w:rsidP="00357F23">
            <w:pPr>
              <w:spacing w:line="276" w:lineRule="auto"/>
              <w:rPr>
                <w:rFonts w:ascii="Palatino Linotype" w:hAnsi="Palatino Linotype"/>
                <w:sz w:val="16"/>
                <w:szCs w:val="16"/>
              </w:rPr>
            </w:pPr>
            <w:r w:rsidRPr="00357F23">
              <w:rPr>
                <w:rFonts w:ascii="Palatino Linotype" w:hAnsi="Palatino Linotype"/>
                <w:sz w:val="16"/>
                <w:szCs w:val="16"/>
              </w:rPr>
              <w:t>___________________________________________________________________________</w:t>
            </w:r>
          </w:p>
        </w:tc>
      </w:tr>
    </w:tbl>
    <w:p w14:paraId="710CF140" w14:textId="77777777" w:rsidR="009F7CDF" w:rsidRPr="00357F23" w:rsidRDefault="009F7CDF" w:rsidP="00357F23">
      <w:pPr>
        <w:spacing w:after="0"/>
        <w:rPr>
          <w:rFonts w:ascii="Palatino Linotype" w:hAnsi="Palatino Linotype"/>
          <w:sz w:val="16"/>
          <w:szCs w:val="16"/>
        </w:rPr>
      </w:pPr>
    </w:p>
    <w:p w14:paraId="76F843DF" w14:textId="77777777" w:rsidR="009F7CDF" w:rsidRPr="00357F23" w:rsidRDefault="009F7CDF" w:rsidP="00357F23">
      <w:pPr>
        <w:spacing w:after="0"/>
        <w:rPr>
          <w:rFonts w:ascii="Palatino Linotype" w:hAnsi="Palatino Linotype"/>
          <w:b/>
          <w:bCs/>
          <w:sz w:val="16"/>
          <w:szCs w:val="16"/>
        </w:rPr>
      </w:pPr>
      <w:r w:rsidRPr="00357F23">
        <w:rPr>
          <w:rFonts w:ascii="Palatino Linotype" w:hAnsi="Palatino Linotype"/>
          <w:b/>
          <w:bCs/>
          <w:sz w:val="16"/>
          <w:szCs w:val="16"/>
        </w:rPr>
        <w:t>Section 2. Author Declarations</w:t>
      </w:r>
    </w:p>
    <w:p w14:paraId="0A7D34AB" w14:textId="46E598EF" w:rsidR="009F7CDF" w:rsidRPr="00357F23" w:rsidRDefault="009F7CDF" w:rsidP="00357F23">
      <w:pPr>
        <w:spacing w:after="0"/>
        <w:rPr>
          <w:rFonts w:ascii="Palatino Linotype" w:hAnsi="Palatino Linotype"/>
          <w:sz w:val="16"/>
          <w:szCs w:val="16"/>
        </w:rPr>
      </w:pPr>
      <w:r w:rsidRPr="00357F23">
        <w:rPr>
          <w:rFonts w:ascii="Palatino Linotype" w:hAnsi="Palatino Linotype"/>
          <w:sz w:val="16"/>
          <w:szCs w:val="16"/>
        </w:rPr>
        <w:t>By signing this agreement, the authors certify that:</w:t>
      </w:r>
    </w:p>
    <w:p w14:paraId="005A313B" w14:textId="77777777" w:rsidR="009F7CDF" w:rsidRPr="00357F23" w:rsidRDefault="009F7CDF" w:rsidP="00357F23">
      <w:pPr>
        <w:spacing w:after="0"/>
        <w:rPr>
          <w:rFonts w:ascii="Palatino Linotype" w:hAnsi="Palatino Linotype"/>
          <w:sz w:val="16"/>
          <w:szCs w:val="16"/>
        </w:rPr>
      </w:pPr>
      <w:r w:rsidRPr="00357F23">
        <w:rPr>
          <w:rFonts w:ascii="Palatino Linotype" w:hAnsi="Palatino Linotype"/>
          <w:sz w:val="16"/>
          <w:szCs w:val="16"/>
        </w:rPr>
        <w:t>1. The manuscript is original, has not been published previously, and is not under consideration elsewhere unless disclosed.</w:t>
      </w:r>
    </w:p>
    <w:p w14:paraId="1F1F6540" w14:textId="77777777" w:rsidR="009F7CDF" w:rsidRPr="00357F23" w:rsidRDefault="009F7CDF" w:rsidP="00357F23">
      <w:pPr>
        <w:spacing w:after="0"/>
        <w:rPr>
          <w:rFonts w:ascii="Palatino Linotype" w:hAnsi="Palatino Linotype"/>
          <w:sz w:val="16"/>
          <w:szCs w:val="16"/>
        </w:rPr>
      </w:pPr>
      <w:r w:rsidRPr="00357F23">
        <w:rPr>
          <w:rFonts w:ascii="Palatino Linotype" w:hAnsi="Palatino Linotype"/>
          <w:sz w:val="16"/>
          <w:szCs w:val="16"/>
        </w:rPr>
        <w:t>2. All authors made substantial scholarly contributions and approved the final manuscript.</w:t>
      </w:r>
    </w:p>
    <w:p w14:paraId="127C004D" w14:textId="77777777" w:rsidR="009F7CDF" w:rsidRPr="00357F23" w:rsidRDefault="009F7CDF" w:rsidP="00357F23">
      <w:pPr>
        <w:spacing w:after="0"/>
        <w:rPr>
          <w:rFonts w:ascii="Palatino Linotype" w:hAnsi="Palatino Linotype"/>
          <w:sz w:val="16"/>
          <w:szCs w:val="16"/>
        </w:rPr>
      </w:pPr>
      <w:r w:rsidRPr="00357F23">
        <w:rPr>
          <w:rFonts w:ascii="Palatino Linotype" w:hAnsi="Palatino Linotype"/>
          <w:sz w:val="16"/>
          <w:szCs w:val="16"/>
        </w:rPr>
        <w:t>3. The research was conducted honestly and ethically and the data are accurate.</w:t>
      </w:r>
    </w:p>
    <w:p w14:paraId="3A2446BD" w14:textId="77777777" w:rsidR="009F7CDF" w:rsidRPr="00357F23" w:rsidRDefault="009F7CDF" w:rsidP="00357F23">
      <w:pPr>
        <w:spacing w:after="0"/>
        <w:rPr>
          <w:rFonts w:ascii="Palatino Linotype" w:hAnsi="Palatino Linotype"/>
          <w:sz w:val="16"/>
          <w:szCs w:val="16"/>
        </w:rPr>
      </w:pPr>
      <w:r w:rsidRPr="00357F23">
        <w:rPr>
          <w:rFonts w:ascii="Palatino Linotype" w:hAnsi="Palatino Linotype"/>
          <w:sz w:val="16"/>
          <w:szCs w:val="16"/>
        </w:rPr>
        <w:t>4. All required ethical approvals and informed consent have been obtained where applicable.</w:t>
      </w:r>
    </w:p>
    <w:p w14:paraId="1CBAA66A" w14:textId="77777777" w:rsidR="009F7CDF" w:rsidRPr="00357F23" w:rsidRDefault="009F7CDF" w:rsidP="00357F23">
      <w:pPr>
        <w:spacing w:after="0"/>
        <w:rPr>
          <w:rFonts w:ascii="Palatino Linotype" w:hAnsi="Palatino Linotype"/>
          <w:sz w:val="16"/>
          <w:szCs w:val="16"/>
        </w:rPr>
      </w:pPr>
      <w:r w:rsidRPr="00357F23">
        <w:rPr>
          <w:rFonts w:ascii="Palatino Linotype" w:hAnsi="Palatino Linotype"/>
          <w:sz w:val="16"/>
          <w:szCs w:val="16"/>
        </w:rPr>
        <w:t>5. All conflicts of interest and funding sources have been disclosed.</w:t>
      </w:r>
    </w:p>
    <w:p w14:paraId="3F8EFD9C" w14:textId="77777777" w:rsidR="009F7CDF" w:rsidRPr="00357F23" w:rsidRDefault="009F7CDF" w:rsidP="00357F23">
      <w:pPr>
        <w:spacing w:after="0"/>
        <w:rPr>
          <w:rFonts w:ascii="Palatino Linotype" w:hAnsi="Palatino Linotype"/>
          <w:sz w:val="16"/>
          <w:szCs w:val="16"/>
        </w:rPr>
      </w:pPr>
      <w:r w:rsidRPr="00357F23">
        <w:rPr>
          <w:rFonts w:ascii="Palatino Linotype" w:hAnsi="Palatino Linotype"/>
          <w:sz w:val="16"/>
          <w:szCs w:val="16"/>
        </w:rPr>
        <w:t>6. Any permitted use of AI has been transparently disclosed according to the journal policy. Authors remain fully responsible for the manuscript.</w:t>
      </w:r>
    </w:p>
    <w:p w14:paraId="50C224E2" w14:textId="77777777" w:rsidR="00357F23" w:rsidRPr="00357F23" w:rsidRDefault="00357F23" w:rsidP="00357F23">
      <w:pPr>
        <w:spacing w:after="0"/>
        <w:rPr>
          <w:rFonts w:ascii="Palatino Linotype" w:hAnsi="Palatino Linotype"/>
          <w:sz w:val="16"/>
          <w:szCs w:val="16"/>
        </w:rPr>
      </w:pPr>
    </w:p>
    <w:p w14:paraId="6BA41FFD" w14:textId="77777777" w:rsidR="009F7CDF" w:rsidRPr="00357F23" w:rsidRDefault="009F7CDF" w:rsidP="00357F23">
      <w:pPr>
        <w:spacing w:after="0"/>
        <w:rPr>
          <w:rFonts w:ascii="Palatino Linotype" w:hAnsi="Palatino Linotype"/>
          <w:b/>
          <w:bCs/>
          <w:sz w:val="16"/>
          <w:szCs w:val="16"/>
        </w:rPr>
      </w:pPr>
      <w:r w:rsidRPr="00357F23">
        <w:rPr>
          <w:rFonts w:ascii="Palatino Linotype" w:hAnsi="Palatino Linotype"/>
          <w:b/>
          <w:bCs/>
          <w:sz w:val="16"/>
          <w:szCs w:val="16"/>
        </w:rPr>
        <w:t>Section 3. Copyright</w:t>
      </w:r>
    </w:p>
    <w:p w14:paraId="126C1058" w14:textId="77777777" w:rsidR="009F7CDF" w:rsidRDefault="009F7CDF" w:rsidP="00357F23">
      <w:pPr>
        <w:spacing w:after="0"/>
        <w:rPr>
          <w:rFonts w:ascii="Palatino Linotype" w:hAnsi="Palatino Linotype"/>
          <w:sz w:val="16"/>
          <w:szCs w:val="16"/>
        </w:rPr>
      </w:pPr>
      <w:r w:rsidRPr="00357F23">
        <w:rPr>
          <w:rFonts w:ascii="Palatino Linotype" w:hAnsi="Palatino Linotype"/>
          <w:sz w:val="16"/>
          <w:szCs w:val="16"/>
        </w:rPr>
        <w:t>The authors retain copyright of the published work. Copyright ownership remains with the author(s).</w:t>
      </w:r>
    </w:p>
    <w:p w14:paraId="0D02C87D" w14:textId="77777777" w:rsidR="00357F23" w:rsidRPr="00357F23" w:rsidRDefault="00357F23" w:rsidP="00357F23">
      <w:pPr>
        <w:spacing w:after="0"/>
        <w:rPr>
          <w:rFonts w:ascii="Palatino Linotype" w:hAnsi="Palatino Linotype"/>
          <w:sz w:val="16"/>
          <w:szCs w:val="16"/>
        </w:rPr>
      </w:pPr>
    </w:p>
    <w:p w14:paraId="56BBB4F1" w14:textId="77777777" w:rsidR="009F7CDF" w:rsidRPr="00357F23" w:rsidRDefault="009F7CDF" w:rsidP="00357F23">
      <w:pPr>
        <w:spacing w:after="0"/>
        <w:rPr>
          <w:rFonts w:ascii="Palatino Linotype" w:hAnsi="Palatino Linotype"/>
          <w:b/>
          <w:bCs/>
          <w:sz w:val="16"/>
          <w:szCs w:val="16"/>
        </w:rPr>
      </w:pPr>
      <w:r w:rsidRPr="00357F23">
        <w:rPr>
          <w:rFonts w:ascii="Palatino Linotype" w:hAnsi="Palatino Linotype"/>
          <w:b/>
          <w:bCs/>
          <w:sz w:val="16"/>
          <w:szCs w:val="16"/>
        </w:rPr>
        <w:t>Section 4. License to Publish</w:t>
      </w:r>
    </w:p>
    <w:p w14:paraId="7A196B7F" w14:textId="77777777" w:rsidR="009F7CDF" w:rsidRDefault="009F7CDF" w:rsidP="00357F23">
      <w:pPr>
        <w:spacing w:after="0"/>
        <w:rPr>
          <w:rFonts w:ascii="Palatino Linotype" w:hAnsi="Palatino Linotype"/>
          <w:sz w:val="16"/>
          <w:szCs w:val="16"/>
        </w:rPr>
      </w:pPr>
      <w:r w:rsidRPr="00357F23">
        <w:rPr>
          <w:rFonts w:ascii="Palatino Linotype" w:hAnsi="Palatino Linotype"/>
          <w:sz w:val="16"/>
          <w:szCs w:val="16"/>
        </w:rPr>
        <w:t>The authors grant AJPHS a non-exclusive, worldwide, perpetual license to publish, reproduce, distribute, archive, preserve, communicate, and identify itself as the original publisher, and to include the article in indexing services and repositories. This agreement does not transfer copyright ownership.</w:t>
      </w:r>
    </w:p>
    <w:p w14:paraId="20204D78" w14:textId="77777777" w:rsidR="00357F23" w:rsidRPr="00357F23" w:rsidRDefault="00357F23" w:rsidP="00357F23">
      <w:pPr>
        <w:spacing w:after="0"/>
        <w:rPr>
          <w:rFonts w:ascii="Palatino Linotype" w:hAnsi="Palatino Linotype"/>
          <w:sz w:val="16"/>
          <w:szCs w:val="16"/>
        </w:rPr>
      </w:pPr>
    </w:p>
    <w:p w14:paraId="3C3DE132" w14:textId="77777777" w:rsidR="009F7CDF" w:rsidRPr="00357F23" w:rsidRDefault="009F7CDF" w:rsidP="00357F23">
      <w:pPr>
        <w:spacing w:after="0"/>
        <w:rPr>
          <w:rFonts w:ascii="Palatino Linotype" w:hAnsi="Palatino Linotype"/>
          <w:b/>
          <w:bCs/>
          <w:sz w:val="16"/>
          <w:szCs w:val="16"/>
        </w:rPr>
      </w:pPr>
      <w:r w:rsidRPr="00357F23">
        <w:rPr>
          <w:rFonts w:ascii="Palatino Linotype" w:hAnsi="Palatino Linotype"/>
          <w:b/>
          <w:bCs/>
          <w:sz w:val="16"/>
          <w:szCs w:val="16"/>
        </w:rPr>
        <w:t>Section 5. Open Access License</w:t>
      </w:r>
    </w:p>
    <w:p w14:paraId="2CF510F5" w14:textId="77777777" w:rsidR="009F7CDF" w:rsidRDefault="009F7CDF" w:rsidP="00357F23">
      <w:pPr>
        <w:spacing w:after="0"/>
        <w:rPr>
          <w:rFonts w:ascii="Palatino Linotype" w:hAnsi="Palatino Linotype"/>
          <w:sz w:val="16"/>
          <w:szCs w:val="16"/>
        </w:rPr>
      </w:pPr>
      <w:r w:rsidRPr="00357F23">
        <w:rPr>
          <w:rFonts w:ascii="Palatino Linotype" w:hAnsi="Palatino Linotype"/>
          <w:sz w:val="16"/>
          <w:szCs w:val="16"/>
        </w:rPr>
        <w:t>The article will be published under the Creative Commons Attribution 4.0 International (CC BY 4.0) License. Others may share and adapt the work provided appropriate credit is given, a link to the license is provided, and changes are indicated.</w:t>
      </w:r>
    </w:p>
    <w:p w14:paraId="0D63B2AA" w14:textId="77777777" w:rsidR="00357F23" w:rsidRPr="00357F23" w:rsidRDefault="00357F23" w:rsidP="00357F23">
      <w:pPr>
        <w:spacing w:after="0"/>
        <w:rPr>
          <w:rFonts w:ascii="Palatino Linotype" w:hAnsi="Palatino Linotype"/>
          <w:sz w:val="16"/>
          <w:szCs w:val="16"/>
        </w:rPr>
      </w:pPr>
    </w:p>
    <w:p w14:paraId="591981AB" w14:textId="020DFCF8" w:rsidR="009F7CDF" w:rsidRPr="00357F23" w:rsidRDefault="009F7CDF" w:rsidP="00357F23">
      <w:pPr>
        <w:spacing w:after="0"/>
        <w:rPr>
          <w:rFonts w:ascii="Palatino Linotype" w:hAnsi="Palatino Linotype"/>
          <w:b/>
          <w:bCs/>
          <w:sz w:val="16"/>
          <w:szCs w:val="16"/>
        </w:rPr>
      </w:pPr>
      <w:r w:rsidRPr="00357F23">
        <w:rPr>
          <w:rFonts w:ascii="Palatino Linotype" w:hAnsi="Palatino Linotype"/>
          <w:b/>
          <w:bCs/>
          <w:sz w:val="16"/>
          <w:szCs w:val="16"/>
        </w:rPr>
        <w:t xml:space="preserve">Section </w:t>
      </w:r>
      <w:r w:rsidR="00357F23" w:rsidRPr="00357F23">
        <w:rPr>
          <w:rFonts w:ascii="Palatino Linotype" w:hAnsi="Palatino Linotype"/>
          <w:b/>
          <w:bCs/>
          <w:sz w:val="16"/>
          <w:szCs w:val="16"/>
        </w:rPr>
        <w:t>6</w:t>
      </w:r>
      <w:r w:rsidRPr="00357F23">
        <w:rPr>
          <w:rFonts w:ascii="Palatino Linotype" w:hAnsi="Palatino Linotype"/>
          <w:b/>
          <w:bCs/>
          <w:sz w:val="16"/>
          <w:szCs w:val="16"/>
        </w:rPr>
        <w:t>. Publication Ethics</w:t>
      </w:r>
    </w:p>
    <w:p w14:paraId="42906D97" w14:textId="77777777" w:rsidR="009F7CDF" w:rsidRDefault="009F7CDF" w:rsidP="00357F23">
      <w:pPr>
        <w:spacing w:after="0"/>
        <w:rPr>
          <w:rFonts w:ascii="Palatino Linotype" w:hAnsi="Palatino Linotype"/>
          <w:sz w:val="16"/>
          <w:szCs w:val="16"/>
        </w:rPr>
      </w:pPr>
      <w:r w:rsidRPr="00357F23">
        <w:rPr>
          <w:rFonts w:ascii="Palatino Linotype" w:hAnsi="Palatino Linotype"/>
          <w:sz w:val="16"/>
          <w:szCs w:val="16"/>
        </w:rPr>
        <w:t>The authors agree to comply with COPE principles and cooperate in corrections or retractions if required.</w:t>
      </w:r>
    </w:p>
    <w:p w14:paraId="0F63FE30" w14:textId="77777777" w:rsidR="00357F23" w:rsidRPr="00357F23" w:rsidRDefault="00357F23" w:rsidP="00357F23">
      <w:pPr>
        <w:spacing w:after="0"/>
        <w:rPr>
          <w:rFonts w:ascii="Palatino Linotype" w:hAnsi="Palatino Linotype"/>
          <w:sz w:val="16"/>
          <w:szCs w:val="16"/>
        </w:rPr>
      </w:pPr>
    </w:p>
    <w:p w14:paraId="39C91173" w14:textId="586DC831" w:rsidR="009F7CDF" w:rsidRPr="00357F23" w:rsidRDefault="009F7CDF" w:rsidP="00357F23">
      <w:pPr>
        <w:spacing w:after="0"/>
        <w:rPr>
          <w:rFonts w:ascii="Palatino Linotype" w:hAnsi="Palatino Linotype"/>
          <w:b/>
          <w:bCs/>
          <w:sz w:val="16"/>
          <w:szCs w:val="16"/>
        </w:rPr>
      </w:pPr>
      <w:r w:rsidRPr="00357F23">
        <w:rPr>
          <w:rFonts w:ascii="Palatino Linotype" w:hAnsi="Palatino Linotype"/>
          <w:b/>
          <w:bCs/>
          <w:sz w:val="16"/>
          <w:szCs w:val="16"/>
        </w:rPr>
        <w:t xml:space="preserve">Section </w:t>
      </w:r>
      <w:r w:rsidR="00357F23" w:rsidRPr="00357F23">
        <w:rPr>
          <w:rFonts w:ascii="Palatino Linotype" w:hAnsi="Palatino Linotype"/>
          <w:b/>
          <w:bCs/>
          <w:sz w:val="16"/>
          <w:szCs w:val="16"/>
        </w:rPr>
        <w:t>7</w:t>
      </w:r>
      <w:r w:rsidRPr="00357F23">
        <w:rPr>
          <w:rFonts w:ascii="Palatino Linotype" w:hAnsi="Palatino Linotype"/>
          <w:b/>
          <w:bCs/>
          <w:sz w:val="16"/>
          <w:szCs w:val="16"/>
        </w:rPr>
        <w:t>. Data Availability</w:t>
      </w:r>
    </w:p>
    <w:p w14:paraId="5721DDAA" w14:textId="77777777" w:rsidR="00357F23" w:rsidRDefault="009F7CDF" w:rsidP="00357F23">
      <w:pPr>
        <w:spacing w:after="0"/>
        <w:rPr>
          <w:rFonts w:ascii="Palatino Linotype" w:hAnsi="Palatino Linotype"/>
          <w:sz w:val="16"/>
          <w:szCs w:val="16"/>
        </w:rPr>
      </w:pPr>
      <w:r w:rsidRPr="00357F23">
        <w:rPr>
          <w:rFonts w:ascii="Palatino Linotype" w:hAnsi="Palatino Linotype"/>
          <w:sz w:val="16"/>
          <w:szCs w:val="16"/>
        </w:rPr>
        <w:t>Where applicable, supporting research data are available as described in the manuscript.</w:t>
      </w:r>
    </w:p>
    <w:p w14:paraId="4E0B1309" w14:textId="77777777" w:rsidR="00357F23" w:rsidRDefault="00357F23" w:rsidP="00357F23">
      <w:pPr>
        <w:spacing w:after="0"/>
        <w:rPr>
          <w:rFonts w:ascii="Palatino Linotype" w:hAnsi="Palatino Linotype"/>
          <w:sz w:val="16"/>
          <w:szCs w:val="16"/>
        </w:rPr>
      </w:pPr>
    </w:p>
    <w:p w14:paraId="73F82C6E" w14:textId="62287D69" w:rsidR="00357F23" w:rsidRPr="00357F23" w:rsidRDefault="009F7CDF" w:rsidP="0033117D">
      <w:pPr>
        <w:spacing w:after="0"/>
        <w:rPr>
          <w:rFonts w:ascii="Palatino Linotype" w:hAnsi="Palatino Linotype"/>
          <w:sz w:val="16"/>
          <w:szCs w:val="16"/>
        </w:rPr>
      </w:pPr>
      <w:r w:rsidRPr="00357F23">
        <w:rPr>
          <w:rFonts w:ascii="Palatino Linotype" w:hAnsi="Palatino Linotype"/>
          <w:b/>
          <w:bCs/>
          <w:sz w:val="16"/>
          <w:szCs w:val="16"/>
        </w:rPr>
        <w:t xml:space="preserve">Section </w:t>
      </w:r>
      <w:r w:rsidR="00357F23" w:rsidRPr="00357F23">
        <w:rPr>
          <w:rFonts w:ascii="Palatino Linotype" w:hAnsi="Palatino Linotype"/>
          <w:b/>
          <w:bCs/>
          <w:sz w:val="16"/>
          <w:szCs w:val="16"/>
        </w:rPr>
        <w:t>8</w:t>
      </w:r>
      <w:r w:rsidRPr="00357F23">
        <w:rPr>
          <w:rFonts w:ascii="Palatino Linotype" w:hAnsi="Palatino Linotype"/>
          <w:b/>
          <w:bCs/>
          <w:sz w:val="16"/>
          <w:szCs w:val="16"/>
        </w:rPr>
        <w:t>. Author Signatures</w:t>
      </w:r>
    </w:p>
    <w:p w14:paraId="12CD5F84" w14:textId="3B9C5DB1" w:rsidR="00357F23" w:rsidRPr="00357F23" w:rsidRDefault="00357F23" w:rsidP="00357F23">
      <w:pPr>
        <w:spacing w:after="0"/>
        <w:jc w:val="both"/>
        <w:rPr>
          <w:rFonts w:ascii="Palatino Linotype" w:hAnsi="Palatino Linotype"/>
          <w:sz w:val="16"/>
          <w:szCs w:val="16"/>
        </w:rPr>
      </w:pPr>
      <w:r w:rsidRPr="00357F23">
        <w:rPr>
          <w:rFonts w:ascii="Palatino Linotype" w:hAnsi="Palatino Linotype"/>
          <w:sz w:val="16"/>
          <w:szCs w:val="16"/>
        </w:rPr>
        <w:t xml:space="preserve"> (Increase the row if more authors </w:t>
      </w:r>
      <w:r w:rsidR="0033117D">
        <w:rPr>
          <w:rFonts w:ascii="Palatino Linotype" w:hAnsi="Palatino Linotype"/>
          <w:sz w:val="16"/>
          <w:szCs w:val="16"/>
        </w:rPr>
        <w:t xml:space="preserve">are </w:t>
      </w:r>
      <w:r w:rsidRPr="00357F23">
        <w:rPr>
          <w:rFonts w:ascii="Palatino Linotype" w:hAnsi="Palatino Linotype"/>
          <w:sz w:val="16"/>
          <w:szCs w:val="16"/>
        </w:rPr>
        <w:t>present)</w:t>
      </w:r>
    </w:p>
    <w:tbl>
      <w:tblPr>
        <w:tblStyle w:val="TableGrid"/>
        <w:tblW w:w="0" w:type="auto"/>
        <w:tblLook w:val="04A0" w:firstRow="1" w:lastRow="0" w:firstColumn="1" w:lastColumn="0" w:noHBand="0" w:noVBand="1"/>
      </w:tblPr>
      <w:tblGrid>
        <w:gridCol w:w="3213"/>
        <w:gridCol w:w="3213"/>
        <w:gridCol w:w="3213"/>
      </w:tblGrid>
      <w:tr w:rsidR="00357F23" w:rsidRPr="00357F23" w14:paraId="3195E6BC" w14:textId="77777777" w:rsidTr="00357F23">
        <w:trPr>
          <w:trHeight w:val="250"/>
        </w:trPr>
        <w:tc>
          <w:tcPr>
            <w:tcW w:w="3213" w:type="dxa"/>
          </w:tcPr>
          <w:p w14:paraId="6BD5FFA0" w14:textId="67A1B9B7" w:rsidR="00357F23" w:rsidRPr="0033117D" w:rsidRDefault="00357F23" w:rsidP="00357F23">
            <w:pPr>
              <w:spacing w:line="276" w:lineRule="auto"/>
              <w:jc w:val="both"/>
              <w:rPr>
                <w:rFonts w:ascii="Palatino Linotype" w:hAnsi="Palatino Linotype"/>
                <w:b/>
                <w:bCs/>
                <w:sz w:val="16"/>
                <w:szCs w:val="16"/>
              </w:rPr>
            </w:pPr>
            <w:r w:rsidRPr="0033117D">
              <w:rPr>
                <w:rFonts w:ascii="Palatino Linotype" w:hAnsi="Palatino Linotype"/>
                <w:b/>
                <w:bCs/>
                <w:sz w:val="16"/>
                <w:szCs w:val="16"/>
              </w:rPr>
              <w:t>Author Name</w:t>
            </w:r>
          </w:p>
        </w:tc>
        <w:tc>
          <w:tcPr>
            <w:tcW w:w="3213" w:type="dxa"/>
          </w:tcPr>
          <w:p w14:paraId="0BBC9191" w14:textId="77777777" w:rsidR="00357F23" w:rsidRPr="0033117D" w:rsidRDefault="00357F23" w:rsidP="00357F23">
            <w:pPr>
              <w:spacing w:line="276" w:lineRule="auto"/>
              <w:jc w:val="both"/>
              <w:rPr>
                <w:rFonts w:ascii="Palatino Linotype" w:hAnsi="Palatino Linotype"/>
                <w:b/>
                <w:bCs/>
                <w:sz w:val="16"/>
                <w:szCs w:val="16"/>
              </w:rPr>
            </w:pPr>
            <w:r w:rsidRPr="0033117D">
              <w:rPr>
                <w:rFonts w:ascii="Palatino Linotype" w:hAnsi="Palatino Linotype"/>
                <w:b/>
                <w:bCs/>
                <w:sz w:val="16"/>
                <w:szCs w:val="16"/>
              </w:rPr>
              <w:t>Signature</w:t>
            </w:r>
          </w:p>
        </w:tc>
        <w:tc>
          <w:tcPr>
            <w:tcW w:w="3213" w:type="dxa"/>
          </w:tcPr>
          <w:p w14:paraId="5C2925A4" w14:textId="77777777" w:rsidR="00357F23" w:rsidRPr="0033117D" w:rsidRDefault="00357F23" w:rsidP="00357F23">
            <w:pPr>
              <w:spacing w:line="276" w:lineRule="auto"/>
              <w:jc w:val="both"/>
              <w:rPr>
                <w:rFonts w:ascii="Palatino Linotype" w:hAnsi="Palatino Linotype"/>
                <w:b/>
                <w:bCs/>
                <w:sz w:val="16"/>
                <w:szCs w:val="16"/>
              </w:rPr>
            </w:pPr>
            <w:r w:rsidRPr="0033117D">
              <w:rPr>
                <w:rFonts w:ascii="Palatino Linotype" w:hAnsi="Palatino Linotype"/>
                <w:b/>
                <w:bCs/>
                <w:sz w:val="16"/>
                <w:szCs w:val="16"/>
              </w:rPr>
              <w:t>Date</w:t>
            </w:r>
          </w:p>
        </w:tc>
      </w:tr>
      <w:tr w:rsidR="00357F23" w:rsidRPr="00357F23" w14:paraId="52C95303" w14:textId="77777777" w:rsidTr="00357F23">
        <w:trPr>
          <w:trHeight w:val="275"/>
        </w:trPr>
        <w:tc>
          <w:tcPr>
            <w:tcW w:w="3213" w:type="dxa"/>
          </w:tcPr>
          <w:p w14:paraId="5EC19230" w14:textId="77777777" w:rsidR="00357F23" w:rsidRPr="00357F23" w:rsidRDefault="00357F23" w:rsidP="00357F23">
            <w:pPr>
              <w:spacing w:line="276" w:lineRule="auto"/>
              <w:jc w:val="both"/>
              <w:rPr>
                <w:rFonts w:ascii="Palatino Linotype" w:hAnsi="Palatino Linotype"/>
                <w:sz w:val="16"/>
                <w:szCs w:val="16"/>
              </w:rPr>
            </w:pPr>
          </w:p>
        </w:tc>
        <w:tc>
          <w:tcPr>
            <w:tcW w:w="3213" w:type="dxa"/>
          </w:tcPr>
          <w:p w14:paraId="431217C0" w14:textId="77777777" w:rsidR="00357F23" w:rsidRPr="00357F23" w:rsidRDefault="00357F23" w:rsidP="00357F23">
            <w:pPr>
              <w:spacing w:line="276" w:lineRule="auto"/>
              <w:jc w:val="both"/>
              <w:rPr>
                <w:rFonts w:ascii="Palatino Linotype" w:hAnsi="Palatino Linotype"/>
                <w:sz w:val="16"/>
                <w:szCs w:val="16"/>
              </w:rPr>
            </w:pPr>
          </w:p>
        </w:tc>
        <w:tc>
          <w:tcPr>
            <w:tcW w:w="3213" w:type="dxa"/>
          </w:tcPr>
          <w:p w14:paraId="2825F233" w14:textId="77777777" w:rsidR="00357F23" w:rsidRPr="00357F23" w:rsidRDefault="00357F23" w:rsidP="00357F23">
            <w:pPr>
              <w:spacing w:line="276" w:lineRule="auto"/>
              <w:jc w:val="both"/>
              <w:rPr>
                <w:rFonts w:ascii="Palatino Linotype" w:hAnsi="Palatino Linotype"/>
                <w:sz w:val="16"/>
                <w:szCs w:val="16"/>
              </w:rPr>
            </w:pPr>
          </w:p>
        </w:tc>
      </w:tr>
      <w:tr w:rsidR="00357F23" w:rsidRPr="00357F23" w14:paraId="69709159" w14:textId="77777777" w:rsidTr="00357F23">
        <w:trPr>
          <w:trHeight w:val="250"/>
        </w:trPr>
        <w:tc>
          <w:tcPr>
            <w:tcW w:w="3213" w:type="dxa"/>
          </w:tcPr>
          <w:p w14:paraId="108274AE" w14:textId="77777777" w:rsidR="00357F23" w:rsidRPr="00357F23" w:rsidRDefault="00357F23" w:rsidP="00357F23">
            <w:pPr>
              <w:spacing w:line="276" w:lineRule="auto"/>
              <w:jc w:val="both"/>
              <w:rPr>
                <w:rFonts w:ascii="Palatino Linotype" w:hAnsi="Palatino Linotype"/>
                <w:sz w:val="16"/>
                <w:szCs w:val="16"/>
              </w:rPr>
            </w:pPr>
          </w:p>
        </w:tc>
        <w:tc>
          <w:tcPr>
            <w:tcW w:w="3213" w:type="dxa"/>
          </w:tcPr>
          <w:p w14:paraId="77C301D6" w14:textId="77777777" w:rsidR="00357F23" w:rsidRPr="00357F23" w:rsidRDefault="00357F23" w:rsidP="00357F23">
            <w:pPr>
              <w:spacing w:line="276" w:lineRule="auto"/>
              <w:jc w:val="both"/>
              <w:rPr>
                <w:rFonts w:ascii="Palatino Linotype" w:hAnsi="Palatino Linotype"/>
                <w:sz w:val="16"/>
                <w:szCs w:val="16"/>
              </w:rPr>
            </w:pPr>
          </w:p>
        </w:tc>
        <w:tc>
          <w:tcPr>
            <w:tcW w:w="3213" w:type="dxa"/>
          </w:tcPr>
          <w:p w14:paraId="0F2A6BA7" w14:textId="77777777" w:rsidR="00357F23" w:rsidRPr="00357F23" w:rsidRDefault="00357F23" w:rsidP="00357F23">
            <w:pPr>
              <w:spacing w:line="276" w:lineRule="auto"/>
              <w:jc w:val="both"/>
              <w:rPr>
                <w:rFonts w:ascii="Palatino Linotype" w:hAnsi="Palatino Linotype"/>
                <w:sz w:val="16"/>
                <w:szCs w:val="16"/>
              </w:rPr>
            </w:pPr>
          </w:p>
        </w:tc>
      </w:tr>
      <w:tr w:rsidR="00357F23" w:rsidRPr="00357F23" w14:paraId="00A7BA89" w14:textId="77777777" w:rsidTr="00357F23">
        <w:trPr>
          <w:trHeight w:val="250"/>
        </w:trPr>
        <w:tc>
          <w:tcPr>
            <w:tcW w:w="3213" w:type="dxa"/>
          </w:tcPr>
          <w:p w14:paraId="1E84FF91" w14:textId="77777777" w:rsidR="00357F23" w:rsidRPr="00357F23" w:rsidRDefault="00357F23" w:rsidP="00357F23">
            <w:pPr>
              <w:spacing w:line="276" w:lineRule="auto"/>
              <w:jc w:val="both"/>
              <w:rPr>
                <w:rFonts w:ascii="Palatino Linotype" w:hAnsi="Palatino Linotype"/>
                <w:sz w:val="16"/>
                <w:szCs w:val="16"/>
              </w:rPr>
            </w:pPr>
          </w:p>
        </w:tc>
        <w:tc>
          <w:tcPr>
            <w:tcW w:w="3213" w:type="dxa"/>
          </w:tcPr>
          <w:p w14:paraId="6F4D174B" w14:textId="77777777" w:rsidR="00357F23" w:rsidRPr="00357F23" w:rsidRDefault="00357F23" w:rsidP="00357F23">
            <w:pPr>
              <w:spacing w:line="276" w:lineRule="auto"/>
              <w:jc w:val="both"/>
              <w:rPr>
                <w:rFonts w:ascii="Palatino Linotype" w:hAnsi="Palatino Linotype"/>
                <w:sz w:val="16"/>
                <w:szCs w:val="16"/>
              </w:rPr>
            </w:pPr>
          </w:p>
        </w:tc>
        <w:tc>
          <w:tcPr>
            <w:tcW w:w="3213" w:type="dxa"/>
          </w:tcPr>
          <w:p w14:paraId="7B838C3B" w14:textId="77777777" w:rsidR="00357F23" w:rsidRPr="00357F23" w:rsidRDefault="00357F23" w:rsidP="00357F23">
            <w:pPr>
              <w:spacing w:line="276" w:lineRule="auto"/>
              <w:jc w:val="both"/>
              <w:rPr>
                <w:rFonts w:ascii="Palatino Linotype" w:hAnsi="Palatino Linotype"/>
                <w:sz w:val="16"/>
                <w:szCs w:val="16"/>
              </w:rPr>
            </w:pPr>
          </w:p>
        </w:tc>
      </w:tr>
      <w:tr w:rsidR="00357F23" w:rsidRPr="00357F23" w14:paraId="17360E24" w14:textId="77777777" w:rsidTr="00357F23">
        <w:trPr>
          <w:trHeight w:val="250"/>
        </w:trPr>
        <w:tc>
          <w:tcPr>
            <w:tcW w:w="3213" w:type="dxa"/>
          </w:tcPr>
          <w:p w14:paraId="3DABBA10" w14:textId="77777777" w:rsidR="00357F23" w:rsidRPr="00357F23" w:rsidRDefault="00357F23" w:rsidP="00357F23">
            <w:pPr>
              <w:spacing w:line="276" w:lineRule="auto"/>
              <w:jc w:val="both"/>
              <w:rPr>
                <w:rFonts w:ascii="Palatino Linotype" w:hAnsi="Palatino Linotype"/>
                <w:sz w:val="16"/>
                <w:szCs w:val="16"/>
              </w:rPr>
            </w:pPr>
          </w:p>
        </w:tc>
        <w:tc>
          <w:tcPr>
            <w:tcW w:w="3213" w:type="dxa"/>
          </w:tcPr>
          <w:p w14:paraId="000DDCAC" w14:textId="77777777" w:rsidR="00357F23" w:rsidRPr="00357F23" w:rsidRDefault="00357F23" w:rsidP="00357F23">
            <w:pPr>
              <w:spacing w:line="276" w:lineRule="auto"/>
              <w:jc w:val="both"/>
              <w:rPr>
                <w:rFonts w:ascii="Palatino Linotype" w:hAnsi="Palatino Linotype"/>
                <w:sz w:val="16"/>
                <w:szCs w:val="16"/>
              </w:rPr>
            </w:pPr>
          </w:p>
        </w:tc>
        <w:tc>
          <w:tcPr>
            <w:tcW w:w="3213" w:type="dxa"/>
          </w:tcPr>
          <w:p w14:paraId="2ED75DCB" w14:textId="77777777" w:rsidR="00357F23" w:rsidRPr="00357F23" w:rsidRDefault="00357F23" w:rsidP="00357F23">
            <w:pPr>
              <w:spacing w:line="276" w:lineRule="auto"/>
              <w:jc w:val="both"/>
              <w:rPr>
                <w:rFonts w:ascii="Palatino Linotype" w:hAnsi="Palatino Linotype"/>
                <w:sz w:val="16"/>
                <w:szCs w:val="16"/>
              </w:rPr>
            </w:pPr>
          </w:p>
        </w:tc>
      </w:tr>
    </w:tbl>
    <w:p w14:paraId="11052998" w14:textId="672234A4" w:rsidR="00357F23" w:rsidRPr="00357F23" w:rsidRDefault="00357F23" w:rsidP="00357F23">
      <w:pPr>
        <w:spacing w:after="0"/>
        <w:jc w:val="center"/>
        <w:rPr>
          <w:rFonts w:ascii="Palatino Linotype" w:hAnsi="Palatino Linotype"/>
          <w:sz w:val="16"/>
          <w:szCs w:val="16"/>
        </w:rPr>
      </w:pPr>
      <w:r w:rsidRPr="00357F23">
        <w:rPr>
          <w:rFonts w:ascii="Palatino Linotype" w:hAnsi="Palatino Linotype"/>
          <w:sz w:val="16"/>
          <w:szCs w:val="16"/>
        </w:rPr>
        <w:br/>
      </w:r>
      <w:r w:rsidR="0033117D">
        <w:rPr>
          <w:rFonts w:ascii="Palatino Linotype" w:hAnsi="Palatino Linotype"/>
          <w:i/>
          <w:sz w:val="16"/>
          <w:szCs w:val="16"/>
        </w:rPr>
        <w:t>--</w:t>
      </w:r>
      <w:r w:rsidR="0033117D" w:rsidRPr="0033117D">
        <w:rPr>
          <w:rFonts w:ascii="Palatino Linotype" w:hAnsi="Palatino Linotype"/>
          <w:i/>
          <w:sz w:val="16"/>
          <w:szCs w:val="16"/>
        </w:rPr>
        <w:t>End of Form</w:t>
      </w:r>
      <w:r w:rsidR="0033117D">
        <w:rPr>
          <w:rFonts w:ascii="Palatino Linotype" w:hAnsi="Palatino Linotype"/>
          <w:sz w:val="16"/>
          <w:szCs w:val="16"/>
        </w:rPr>
        <w:t>--</w:t>
      </w:r>
    </w:p>
    <w:sectPr w:rsidR="00357F23" w:rsidRPr="00357F23" w:rsidSect="00357F23">
      <w:headerReference w:type="default" r:id="rId8"/>
      <w:pgSz w:w="12240" w:h="15840"/>
      <w:pgMar w:top="126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D7DEE" w14:textId="77777777" w:rsidR="00FA61C5" w:rsidRDefault="00FA61C5" w:rsidP="00357F23">
      <w:pPr>
        <w:spacing w:after="0" w:line="240" w:lineRule="auto"/>
      </w:pPr>
      <w:r>
        <w:separator/>
      </w:r>
    </w:p>
  </w:endnote>
  <w:endnote w:type="continuationSeparator" w:id="0">
    <w:p w14:paraId="1685C890" w14:textId="77777777" w:rsidR="00FA61C5" w:rsidRDefault="00FA61C5" w:rsidP="00357F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8EB87" w14:textId="77777777" w:rsidR="00FA61C5" w:rsidRDefault="00FA61C5" w:rsidP="00357F23">
      <w:pPr>
        <w:spacing w:after="0" w:line="240" w:lineRule="auto"/>
      </w:pPr>
      <w:r>
        <w:separator/>
      </w:r>
    </w:p>
  </w:footnote>
  <w:footnote w:type="continuationSeparator" w:id="0">
    <w:p w14:paraId="029FC04B" w14:textId="77777777" w:rsidR="00FA61C5" w:rsidRDefault="00FA61C5" w:rsidP="00357F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6A223" w14:textId="77777777" w:rsidR="00A36A66" w:rsidRDefault="00357F23" w:rsidP="00A36A66">
    <w:pPr>
      <w:spacing w:after="0" w:line="240" w:lineRule="auto"/>
      <w:jc w:val="center"/>
      <w:rPr>
        <w:b/>
        <w:bCs/>
        <w:sz w:val="16"/>
        <w:szCs w:val="16"/>
      </w:rPr>
    </w:pPr>
    <w:r w:rsidRPr="00357F23">
      <w:rPr>
        <w:b/>
        <w:bCs/>
        <w:sz w:val="16"/>
        <w:szCs w:val="16"/>
      </w:rPr>
      <w:t>ASIAN JOURNAL OF PHARMACEUTICAL AND HEALTH SCIENCES (AJPHS)</w:t>
    </w:r>
    <w:r w:rsidR="00A36A66">
      <w:rPr>
        <w:b/>
        <w:bCs/>
        <w:sz w:val="16"/>
        <w:szCs w:val="16"/>
      </w:rPr>
      <w:t xml:space="preserve"> </w:t>
    </w:r>
  </w:p>
  <w:p w14:paraId="2A3135BB" w14:textId="53931056" w:rsidR="00357F23" w:rsidRPr="00357F23" w:rsidRDefault="00A36A66" w:rsidP="00A36A66">
    <w:pPr>
      <w:spacing w:after="0" w:line="240" w:lineRule="auto"/>
      <w:jc w:val="center"/>
      <w:rPr>
        <w:b/>
        <w:bCs/>
        <w:sz w:val="16"/>
        <w:szCs w:val="16"/>
      </w:rPr>
    </w:pPr>
    <w:r w:rsidRPr="00A36A66">
      <w:rPr>
        <w:b/>
        <w:bCs/>
        <w:sz w:val="16"/>
        <w:szCs w:val="16"/>
      </w:rPr>
      <w:t>(ISSN 2231–234X)</w:t>
    </w:r>
  </w:p>
  <w:p w14:paraId="3CE71BFA" w14:textId="77777777" w:rsidR="00357F23" w:rsidRPr="00357F23" w:rsidRDefault="00357F23" w:rsidP="00A36A66">
    <w:pPr>
      <w:spacing w:after="0" w:line="240" w:lineRule="auto"/>
      <w:jc w:val="center"/>
      <w:rPr>
        <w:b/>
        <w:bCs/>
        <w:sz w:val="16"/>
        <w:szCs w:val="16"/>
      </w:rPr>
    </w:pPr>
    <w:r w:rsidRPr="00357F23">
      <w:rPr>
        <w:b/>
        <w:bCs/>
        <w:sz w:val="16"/>
        <w:szCs w:val="16"/>
      </w:rPr>
      <w:t>Author Publishing Agreement &amp; License to Publish</w:t>
    </w:r>
  </w:p>
  <w:p w14:paraId="7C1B7A7E" w14:textId="77777777" w:rsidR="00357F23" w:rsidRDefault="00357F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1784248">
    <w:abstractNumId w:val="8"/>
  </w:num>
  <w:num w:numId="2" w16cid:durableId="2071346371">
    <w:abstractNumId w:val="6"/>
  </w:num>
  <w:num w:numId="3" w16cid:durableId="1748376375">
    <w:abstractNumId w:val="5"/>
  </w:num>
  <w:num w:numId="4" w16cid:durableId="289360038">
    <w:abstractNumId w:val="4"/>
  </w:num>
  <w:num w:numId="5" w16cid:durableId="1922400073">
    <w:abstractNumId w:val="7"/>
  </w:num>
  <w:num w:numId="6" w16cid:durableId="2071079420">
    <w:abstractNumId w:val="3"/>
  </w:num>
  <w:num w:numId="7" w16cid:durableId="107706773">
    <w:abstractNumId w:val="2"/>
  </w:num>
  <w:num w:numId="8" w16cid:durableId="240259877">
    <w:abstractNumId w:val="1"/>
  </w:num>
  <w:num w:numId="9" w16cid:durableId="16630042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3117D"/>
    <w:rsid w:val="00357F23"/>
    <w:rsid w:val="008B2FF2"/>
    <w:rsid w:val="008F0CF8"/>
    <w:rsid w:val="009F7CDF"/>
    <w:rsid w:val="00A36A66"/>
    <w:rsid w:val="00AA1D8D"/>
    <w:rsid w:val="00B10722"/>
    <w:rsid w:val="00B47730"/>
    <w:rsid w:val="00CB0664"/>
    <w:rsid w:val="00FA61C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FA8E402"/>
  <w14:defaultImageDpi w14:val="300"/>
  <w15:docId w15:val="{3316FEE1-80F6-4D70-B74C-1339BF930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401</Words>
  <Characters>2292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 A</cp:lastModifiedBy>
  <cp:revision>3</cp:revision>
  <dcterms:created xsi:type="dcterms:W3CDTF">2013-12-23T23:15:00Z</dcterms:created>
  <dcterms:modified xsi:type="dcterms:W3CDTF">2026-08-06T17:12:00Z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e418de80-11fc-4564-bbd0-fab9d38880cb</vt:lpwstr>
  </property>
</Properties>
</file>